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color w:val="555555"/>
          <w:sz w:val="22"/>
        </w:rPr>
        <w:t>Materská škola SNP 93, Želiezovce</w:t>
      </w:r>
    </w:p>
    <w:p>
      <w:pPr>
        <w:spacing w:after="360"/>
      </w:pPr>
      <w:r>
        <w:rPr>
          <w:color w:val="AAAAAA"/>
          <w:sz w:val="18"/>
        </w:rPr>
        <w:t>_________________________________________________________________________________</w:t>
      </w:r>
    </w:p>
    <w:p>
      <w:pPr>
        <w:spacing w:after="40"/>
      </w:pPr>
      <w:r>
        <w:rPr>
          <w:b/>
          <w:color w:val="111111"/>
          <w:sz w:val="26"/>
        </w:rPr>
        <w:t>PÍSOMNÉ OSPRAVEDLNENIE NEPRÍTOMNOSTI DIEŤAŤA</w:t>
      </w:r>
    </w:p>
    <w:p>
      <w:pPr>
        <w:spacing w:after="400"/>
      </w:pPr>
      <w:r>
        <w:rPr>
          <w:i/>
          <w:color w:val="555555"/>
          <w:sz w:val="20"/>
        </w:rPr>
        <w:t>(Vyplní zákonný zástupca pri krátkodobej neprítomnosti do 7 dní)</w:t>
      </w:r>
    </w:p>
    <w:p>
      <w:pPr>
        <w:spacing w:after="200"/>
      </w:pPr>
      <w:r>
        <w:rPr>
          <w:b/>
        </w:rPr>
        <w:t xml:space="preserve">Meno a priezvisko dieťaťa: </w:t>
      </w:r>
      <w:r>
        <w:t>.........................................................................................................................</w:t>
      </w:r>
    </w:p>
    <w:p>
      <w:pPr>
        <w:spacing w:after="320"/>
      </w:pPr>
      <w:r>
        <w:rPr>
          <w:b/>
        </w:rPr>
        <w:t xml:space="preserve">Dátum narodenia: </w:t>
      </w:r>
      <w:r>
        <w:t xml:space="preserve">.........................................   </w:t>
      </w:r>
      <w:r>
        <w:rPr>
          <w:b/>
        </w:rPr>
        <w:t xml:space="preserve">Trieda: </w:t>
      </w:r>
      <w:r>
        <w:t>.........................................</w:t>
      </w:r>
    </w:p>
    <w:p>
      <w:pPr>
        <w:spacing w:after="200"/>
      </w:pPr>
      <w:r>
        <w:t>Ospravedlňujem neprítomnosť svojho dieťaťa v materskej škole:</w:t>
      </w:r>
    </w:p>
    <w:p>
      <w:pPr>
        <w:spacing w:after="200"/>
      </w:pPr>
      <w:r>
        <w:rPr>
          <w:b/>
        </w:rPr>
        <w:t xml:space="preserve">Od (dátum): </w:t>
      </w:r>
      <w:r>
        <w:t xml:space="preserve">.........................................   </w:t>
      </w:r>
      <w:r>
        <w:rPr>
          <w:b/>
        </w:rPr>
        <w:t xml:space="preserve">Do (dátum): </w:t>
      </w:r>
      <w:r>
        <w:t>.........................................</w:t>
      </w:r>
    </w:p>
    <w:p>
      <w:pPr>
        <w:spacing w:after="320"/>
      </w:pPr>
      <w:r>
        <w:rPr>
          <w:b/>
        </w:rPr>
        <w:t xml:space="preserve">Celkový počet vyučovacích dní: </w:t>
      </w:r>
      <w:r>
        <w:t>.........................................</w:t>
      </w:r>
    </w:p>
    <w:p>
      <w:pPr>
        <w:spacing w:after="40"/>
      </w:pPr>
      <w:r>
        <w:rPr>
          <w:b/>
        </w:rPr>
        <w:t>Dôvod neprítomnosti:</w:t>
      </w:r>
    </w:p>
    <w:p>
      <w:pPr>
        <w:spacing w:after="200"/>
      </w:pPr>
      <w:r>
        <w:rPr>
          <w:i/>
          <w:color w:val="666666"/>
          <w:sz w:val="19"/>
        </w:rPr>
        <w:t>(vyznačte x alebo doplňte)</w:t>
      </w:r>
    </w:p>
    <w:p>
      <w:pPr>
        <w:spacing w:after="120"/>
        <w:ind w:left="288"/>
      </w:pPr>
      <w:r>
        <w:t>[  ] Choroba dieťaťa</w:t>
      </w:r>
    </w:p>
    <w:p>
      <w:pPr>
        <w:spacing w:after="120"/>
        <w:ind w:left="288"/>
      </w:pPr>
      <w:r>
        <w:t>[  ] Rodinné dôvody</w:t>
      </w:r>
    </w:p>
    <w:p>
      <w:pPr>
        <w:spacing w:after="120"/>
        <w:ind w:left="288"/>
      </w:pPr>
      <w:r>
        <w:t>[  ] Kúpeľná liečba / ozdravný pobyt</w:t>
      </w:r>
    </w:p>
    <w:p>
      <w:pPr>
        <w:spacing w:after="120"/>
        <w:ind w:left="288"/>
      </w:pPr>
      <w:r>
        <w:t>[  ] Iný dôvod: .............................................................................................................................................</w:t>
      </w:r>
    </w:p>
    <w:p>
      <w:pPr>
        <w:spacing w:before="320" w:after="480" w:line="276" w:lineRule="auto"/>
      </w:pPr>
      <w:r>
        <w:rPr>
          <w:sz w:val="19"/>
        </w:rPr>
        <w:t>Vyhlasujem, že všetky uvedené údaje sú pravdivé a, dieťa je po ukončení neprítomnosti zdravotne spôsobilé na návrat do kolektívu a zároveň si beriem na vedomie povinnosť vypísať vyhlásenie o bezinfekčnosti pri neprítomnosti dieťaťa v MŠ trvajúcej 5 a viac po sebe nasledujúcich dní(vrátane víkendov) pred jeho opätovným vstupom do triedy.</w:t>
      </w:r>
    </w:p>
    <w:p>
      <w:pPr>
        <w:spacing w:after="720"/>
      </w:pPr>
      <w:r>
        <w:t>V ........................................................... dňa ..........................................</w:t>
      </w:r>
    </w:p>
    <w:p>
      <w:pPr>
        <w:spacing w:after="40"/>
      </w:pPr>
      <w:r>
        <w:rPr>
          <w:b/>
        </w:rPr>
        <w:t>...........................................................................</w:t>
      </w:r>
    </w:p>
    <w:p>
      <w:r>
        <w:rPr>
          <w:b/>
          <w:sz w:val="20"/>
        </w:rPr>
        <w:t>Podpis zákonného zástupcu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