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/>
        <w:jc w:val="center"/>
      </w:pPr>
      <w:r>
        <w:rPr>
          <w:b/>
          <w:sz w:val="26"/>
        </w:rPr>
        <w:t>Materská škola SNP 93, Želiezovce</w:t>
      </w:r>
    </w:p>
    <w:p>
      <w:pPr>
        <w:spacing w:after="360"/>
      </w:pPr>
      <w:r>
        <w:rPr>
          <w:b/>
          <w:sz w:val="26"/>
        </w:rPr>
        <w:t>Žiadosť o uvoľnenie dieťaťa z dochádzky do MŠ</w:t>
      </w:r>
    </w:p>
    <w:p>
      <w:pPr>
        <w:spacing w:after="240"/>
      </w:pPr>
      <w:r>
        <w:rPr>
          <w:b/>
        </w:rPr>
        <w:t xml:space="preserve">Meno a priezvisko dieťaťa: </w:t>
      </w:r>
      <w:r>
        <w:t>...................................................................................</w:t>
      </w:r>
    </w:p>
    <w:p>
      <w:pPr>
        <w:spacing w:after="240"/>
      </w:pPr>
      <w:r>
        <w:rPr>
          <w:b/>
        </w:rPr>
        <w:t xml:space="preserve">Trieda: </w:t>
      </w:r>
      <w:r>
        <w:t>................................................................................................</w:t>
      </w:r>
    </w:p>
    <w:p>
      <w:pPr>
        <w:spacing w:after="240"/>
      </w:pPr>
      <w:r>
        <w:rPr>
          <w:b/>
        </w:rPr>
        <w:t xml:space="preserve">Dátum neprítomnosti: od </w:t>
      </w:r>
      <w:r>
        <w:t xml:space="preserve">...................... </w:t>
      </w:r>
      <w:r>
        <w:rPr>
          <w:b/>
        </w:rPr>
        <w:t xml:space="preserve">do </w:t>
      </w:r>
      <w:r>
        <w:t>......................</w:t>
      </w:r>
    </w:p>
    <w:p>
      <w:pPr>
        <w:spacing w:after="400"/>
      </w:pPr>
      <w:r>
        <w:rPr>
          <w:b/>
        </w:rPr>
        <w:t xml:space="preserve">Počet dní: </w:t>
      </w:r>
      <w:r>
        <w:t>......................</w:t>
      </w:r>
    </w:p>
    <w:p>
      <w:pPr>
        <w:spacing w:after="280"/>
      </w:pPr>
      <w:r>
        <w:rPr>
          <w:b/>
        </w:rPr>
        <w:t>Dôvod uvoľnenia (rodinné dôvody, dovolenka a pod.):</w:t>
      </w:r>
    </w:p>
    <w:p>
      <w:pPr>
        <w:spacing w:after="200"/>
      </w:pPr>
      <w:r>
        <w:t>............................................................................................................................................</w:t>
      </w:r>
    </w:p>
    <w:p>
      <w:pPr>
        <w:spacing w:after="480"/>
      </w:pPr>
      <w:r>
        <w:t>............................................................................................................................................</w:t>
      </w:r>
    </w:p>
    <w:p>
      <w:pPr>
        <w:spacing w:after="560"/>
      </w:pPr>
      <w:r>
        <w:rPr>
          <w:b/>
        </w:rPr>
        <w:t>Prosím o uvoľnenie dieťaťa z povinného predprimárneho vzdelávania v uvedenom termíne.</w:t>
      </w:r>
    </w:p>
    <w:p>
      <w:pPr>
        <w:spacing w:after="720"/>
      </w:pPr>
      <w:r>
        <w:t>V ..........................................................., dňa ..........................................</w:t>
      </w:r>
    </w:p>
    <w:p>
      <w:pPr>
        <w:spacing w:after="560"/>
      </w:pPr>
      <w:r>
        <w:rPr>
          <w:b/>
        </w:rPr>
        <w:t>...........................................................................</w:t>
        <w:br/>
      </w:r>
      <w:r>
        <w:rPr>
          <w:b/>
          <w:sz w:val="20"/>
        </w:rPr>
        <w:t>podpis zákonného zástupcu</w:t>
      </w:r>
    </w:p>
    <w:p>
      <w:pPr>
        <w:spacing w:after="720"/>
      </w:pPr>
      <w:r>
        <w:rPr>
          <w:b/>
        </w:rPr>
        <w:t>Schvaľuje:</w:t>
      </w:r>
    </w:p>
    <w:p>
      <w:pPr>
        <w:spacing w:after="200"/>
      </w:pPr>
      <w:r>
        <w:rPr>
          <w:b/>
        </w:rPr>
        <w:t>...........................................................................</w:t>
        <w:br/>
      </w:r>
      <w:r>
        <w:rPr>
          <w:b/>
          <w:sz w:val="20"/>
        </w:rPr>
        <w:t>podpis riaditeľa MŠ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